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Reklamační formulář</w:t>
      </w:r>
    </w:p>
    <w:p/>
    <w:p>
      <w:r>
        <w:t>Prodávající: Zuzana Matýsková</w:t>
      </w:r>
    </w:p>
    <w:p>
      <w:r>
        <w:t>IČO: 74815270</w:t>
      </w:r>
    </w:p>
    <w:p>
      <w:r>
        <w:t>Adresa provozovny: Českobratrská 84, 535 01 Přelouč</w:t>
      </w:r>
    </w:p>
    <w:p/>
    <w:p>
      <w:r>
        <w:t>Jméno a příjmení zákazníka: __________________________</w:t>
      </w:r>
    </w:p>
    <w:p>
      <w:r>
        <w:t>Adresa: _____________________________________________</w:t>
      </w:r>
    </w:p>
    <w:p>
      <w:r>
        <w:t>E-mail: _____________________________________________</w:t>
      </w:r>
    </w:p>
    <w:p>
      <w:r>
        <w:t>Telefon: ____________________________________________</w:t>
      </w:r>
    </w:p>
    <w:p>
      <w:r>
        <w:t>Číslo objednávky: ___________________________________</w:t>
      </w:r>
    </w:p>
    <w:p>
      <w:r>
        <w:t>Datum převzetí zboží: ________________________________</w:t>
      </w:r>
    </w:p>
    <w:p>
      <w:r>
        <w:t>Název reklamovaného zboží: ___________________________</w:t>
      </w:r>
    </w:p>
    <w:p>
      <w:r>
        <w:t>Popis vady: _________________________________________</w:t>
      </w:r>
    </w:p>
    <w:p>
      <w:r>
        <w:t>Požadovaný způsob vyřízení reklamace: ________________</w:t>
      </w:r>
    </w:p>
    <w:p/>
    <w:p>
      <w:r>
        <w:t>Datum: _____________      Podpis: 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